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Script Coverage</w:t>
      </w:r>
    </w:p>
    <w:p>
      <w:r>
        <w:rPr>
          <w:i/>
          <w:color w:val="777777"/>
        </w:rPr>
        <w:t>Free from iFILMthings.com. Replace the grey guide text with your own. Keep the whole report to two or three pages.</w:t>
      </w:r>
    </w:p>
    <w:p>
      <w:pPr>
        <w:spacing w:after="40"/>
      </w:pPr>
      <w:r>
        <w:rPr>
          <w:b/>
        </w:rPr>
        <w:t xml:space="preserve">Title: </w:t>
      </w:r>
      <w:r>
        <w:rPr>
          <w:color w:val="777777"/>
        </w:rPr>
        <w:t>[Title]</w:t>
      </w:r>
    </w:p>
    <w:p>
      <w:pPr>
        <w:spacing w:after="40"/>
      </w:pPr>
      <w:r>
        <w:rPr>
          <w:b/>
        </w:rPr>
        <w:t xml:space="preserve">Writer: </w:t>
      </w:r>
      <w:r>
        <w:rPr>
          <w:color w:val="777777"/>
        </w:rPr>
        <w:t>[Name]</w:t>
      </w:r>
    </w:p>
    <w:p>
      <w:pPr>
        <w:spacing w:after="40"/>
      </w:pPr>
      <w:r>
        <w:rPr>
          <w:b/>
        </w:rPr>
        <w:t xml:space="preserve">Draft / date: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Form: </w:t>
      </w:r>
      <w:r>
        <w:rPr>
          <w:color w:val="777777"/>
        </w:rPr>
        <w:t>[Feature, short or pilot]</w:t>
      </w:r>
    </w:p>
    <w:p>
      <w:pPr>
        <w:spacing w:after="40"/>
      </w:pPr>
      <w:r>
        <w:rPr>
          <w:b/>
        </w:rPr>
        <w:t xml:space="preserve">Pages: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Genre: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Time and place: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Budget: </w:t>
      </w:r>
      <w:r>
        <w:rPr>
          <w:color w:val="777777"/>
        </w:rPr>
        <w:t>[Low, medium or high, and why]</w:t>
      </w:r>
    </w:p>
    <w:p>
      <w:pPr>
        <w:spacing w:after="40"/>
      </w:pPr>
      <w:r>
        <w:rPr>
          <w:b/>
        </w:rPr>
        <w:t xml:space="preserve">Submitted by: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Comparable films: </w:t>
      </w:r>
      <w:r>
        <w:rPr>
          <w:color w:val="777777"/>
        </w:rPr>
        <w:t>[Two or three recent films]</w:t>
      </w:r>
    </w:p>
    <w:p>
      <w:pPr>
        <w:spacing w:after="40"/>
      </w:pPr>
      <w:r>
        <w:rPr>
          <w:b/>
        </w:rPr>
        <w:t xml:space="preserve">Reader: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Date: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Prepared for: </w:t>
      </w:r>
      <w:r>
        <w:rPr>
          <w:color w:val="777777"/>
        </w:rPr>
      </w:r>
    </w:p>
    <w:p>
      <w:pPr>
        <w:pStyle w:val="Heading2"/>
      </w:pPr>
      <w:r>
        <w:t>Logline</w:t>
      </w:r>
    </w:p>
    <w:p>
      <w:r>
        <w:rPr>
          <w:i/>
          <w:color w:val="777777"/>
        </w:rPr>
        <w:t>One sentence: who the hero is, what they want and what stands in the way.</w:t>
      </w:r>
    </w:p>
    <w:p>
      <w:pPr>
        <w:pStyle w:val="Heading2"/>
      </w:pPr>
      <w:r>
        <w:t>Ratings</w:t>
      </w:r>
    </w:p>
    <w:p>
      <w:r>
        <w:rPr>
          <w:i/>
          <w:color w:val="777777"/>
        </w:rPr>
        <w:t>Put an X in one box per row. Add a short note.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1560"/>
          </w:tcPr>
          <w:p>
            <w:r>
              <w:rPr>
                <w:b/>
              </w:rPr>
              <w:t>Excellent</w:t>
            </w:r>
          </w:p>
        </w:tc>
        <w:tc>
          <w:tcPr>
            <w:tcW w:type="dxa" w:w="1560"/>
          </w:tcPr>
          <w:p>
            <w:r>
              <w:rPr>
                <w:b/>
              </w:rPr>
              <w:t>Good</w:t>
            </w:r>
          </w:p>
        </w:tc>
        <w:tc>
          <w:tcPr>
            <w:tcW w:type="dxa" w:w="1560"/>
          </w:tcPr>
          <w:p>
            <w:r>
              <w:rPr>
                <w:b/>
              </w:rPr>
              <w:t>Fair</w:t>
            </w:r>
          </w:p>
        </w:tc>
        <w:tc>
          <w:tcPr>
            <w:tcW w:type="dxa" w:w="1560"/>
          </w:tcPr>
          <w:p>
            <w:r>
              <w:rPr>
                <w:b/>
              </w:rPr>
              <w:t>Poor</w:t>
            </w:r>
          </w:p>
        </w:tc>
        <w:tc>
          <w:tcPr>
            <w:tcW w:type="dxa" w:w="156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560"/>
          </w:tcPr>
          <w:p>
            <w:r>
              <w:t>Premise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Structure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Characters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Dialogue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Pacing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Tone and voice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Marketability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r>
              <w:t>Originality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Heading2"/>
      </w:pPr>
      <w:r>
        <w:t>Verdict</w:t>
      </w:r>
    </w:p>
    <w:p>
      <w:pPr>
        <w:spacing w:after="40"/>
      </w:pPr>
      <w:r>
        <w:rPr>
          <w:b/>
        </w:rPr>
        <w:t xml:space="preserve">Script: </w:t>
      </w:r>
      <w:r>
        <w:rPr>
          <w:color w:val="777777"/>
        </w:rPr>
        <w:t>Pass / Consider / Recommend</w:t>
      </w:r>
    </w:p>
    <w:p>
      <w:pPr>
        <w:spacing w:after="40"/>
      </w:pPr>
      <w:r>
        <w:rPr>
          <w:b/>
        </w:rPr>
        <w:t xml:space="preserve">Writer: </w:t>
      </w:r>
      <w:r>
        <w:rPr>
          <w:color w:val="777777"/>
        </w:rPr>
        <w:t>Pass / Consider / Recommend</w:t>
      </w:r>
    </w:p>
    <w:p>
      <w:pPr>
        <w:spacing w:after="40"/>
      </w:pPr>
      <w:r>
        <w:rPr>
          <w:b/>
        </w:rPr>
        <w:t xml:space="preserve">In one sentence: </w:t>
      </w:r>
      <w:r>
        <w:rPr>
          <w:color w:val="777777"/>
        </w:rPr>
        <w:t>Why this verdict.</w:t>
      </w:r>
    </w:p>
    <w:p>
      <w:pPr>
        <w:pStyle w:val="Heading2"/>
      </w:pPr>
      <w:r>
        <w:t>Synopsis</w:t>
      </w:r>
    </w:p>
    <w:p>
      <w:r>
        <w:rPr>
          <w:i/>
          <w:color w:val="777777"/>
        </w:rPr>
        <w:t>The whole story in present tense, ending included. Put each character's name in CAPS the first time they appear. About one page for a feature, a few paragraphs for a short.</w:t>
      </w:r>
    </w:p>
    <w:p>
      <w:pPr>
        <w:pStyle w:val="Heading2"/>
      </w:pPr>
      <w:r>
        <w:t>Comments</w:t>
      </w:r>
    </w:p>
    <w:p>
      <w:r>
        <w:rPr>
          <w:i/>
          <w:color w:val="777777"/>
        </w:rPr>
        <w:t>Start with what works. Then the biggest problem, and how to fix it. Then smaller notes. Be specific: name the page or scene.</w:t>
      </w:r>
    </w:p>
    <w:p>
      <w:pPr>
        <w:pStyle w:val="Heading2"/>
      </w:pPr>
      <w:r>
        <w:t>Strengths</w:t>
      </w:r>
    </w:p>
    <w:p>
      <w:r>
        <w:rPr>
          <w:i/>
          <w:color w:val="777777"/>
        </w:rPr>
        <w:t>A few short phrases.</w:t>
      </w:r>
    </w:p>
    <w:p>
      <w:pPr>
        <w:pStyle w:val="Heading2"/>
      </w:pPr>
      <w:r>
        <w:t>Weaknesses</w:t>
      </w:r>
    </w:p>
    <w:p>
      <w:r>
        <w:rPr>
          <w:i/>
          <w:color w:val="777777"/>
        </w:rPr>
        <w:t>A few short phrases.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cs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cs="Arial" w:eastAsia="Arial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cs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cs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cs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cs="Arial" w:eastAsia="Arial"/>
      <w:color w:val="243F60" w:themeColor="accent1" w:themeShade="7F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Coverage Template</dc:title>
  <dc:subject/>
  <dc:creator>iFILMthings.com</dc:creator>
  <cp:keywords/>
  <dc:description/>
  <cp:lastModifiedBy>iFILMthings.com</cp:lastModifiedBy>
  <cp:revision>1</cp:revision>
  <dcterms:created xsi:type="dcterms:W3CDTF">2013-12-23T23:15:00Z</dcterms:created>
  <dcterms:modified xsi:type="dcterms:W3CDTF">2013-12-23T23:15:00Z</dcterms:modified>
  <cp:category/>
</cp:coreProperties>
</file>