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4320"/>
      </w:pPr>
      <w:r>
        <w:t>SCRIPT TITLE</w:t>
      </w:r>
    </w:p>
    <w:p>
      <w:pPr>
        <w:spacing w:before="960"/>
        <w:jc w:val="center"/>
      </w:pPr>
      <w:r>
        <w:t>Written by</w:t>
      </w:r>
    </w:p>
    <w:p>
      <w:pPr>
        <w:spacing w:before="240"/>
        <w:jc w:val="center"/>
      </w:pPr>
      <w:r>
        <w:t>Your Name</w:t>
      </w:r>
    </w:p>
    <w:p>
      <w:pPr>
        <w:spacing w:before="5760"/>
      </w:pPr>
      <w:r>
        <w:t>Your Name</w:t>
      </w:r>
    </w:p>
    <w:p>
      <w:pPr>
        <w:spacing w:before="0"/>
      </w:pPr>
      <w:r>
        <w:t>your.email@example.com</w:t>
      </w:r>
    </w:p>
    <w:p>
      <w:pPr>
        <w:spacing w:before="0"/>
      </w:pPr>
      <w:r>
        <w:t>(555) 010-0000</w:t>
      </w:r>
    </w:p>
    <w:p>
      <w:pPr>
        <w:sectPr>
          <w:pgSz w:w="12240" w:h="15840"/>
          <w:pgMar w:top="1440" w:right="1440" w:bottom="1440" w:left="2160" w:header="720" w:footer="720" w:gutter="0"/>
          <w:cols w:space="720"/>
          <w:docGrid w:linePitch="360"/>
        </w:sectPr>
      </w:pPr>
    </w:p>
    <w:p>
      <w:pPr>
        <w:spacing w:before="0"/>
      </w:pPr>
      <w:r>
        <w:t>FADE IN:</w:t>
      </w:r>
    </w:p>
    <w:p>
      <w:pPr>
        <w:pStyle w:val="Heading1"/>
      </w:pPr>
      <w:r>
        <w:t>INT. LOCATION - DAY</w:t>
      </w:r>
    </w:p>
    <w:p>
      <w:pPr/>
      <w:r>
        <w:t>Action lines use Normal text. Describe only what we see and hear, in the present tense, in four lines or less. Put a character's name in CAPS the first time they appear.</w:t>
      </w:r>
    </w:p>
    <w:p>
      <w:pPr>
        <w:pStyle w:val="Heading2"/>
      </w:pPr>
      <w:r>
        <w:t>CHARACTER NAME</w:t>
      </w:r>
    </w:p>
    <w:p>
      <w:pPr>
        <w:pStyle w:val="Heading4"/>
      </w:pPr>
      <w:r>
        <w:t>(parenthetical)</w:t>
      </w:r>
    </w:p>
    <w:p>
      <w:pPr>
        <w:pStyle w:val="Heading3"/>
      </w:pPr>
      <w:r>
        <w:t>Dialogue uses Heading 3. Character names use Heading 2, and parentheticals use Heading 4.</w:t>
      </w:r>
    </w:p>
    <w:p>
      <w:pPr/>
      <w:r>
        <w:t>Scene headings use Heading 1. Transitions use Heading 5. Delete these lines and start writing.</w:t>
      </w:r>
    </w:p>
    <w:p>
      <w:pPr>
        <w:pStyle w:val="Heading5"/>
      </w:pPr>
      <w:r>
        <w:t>CUT TO:</w:t>
      </w:r>
    </w:p>
    <w:p>
      <w:pPr>
        <w:pStyle w:val="Heading1"/>
      </w:pPr>
      <w:r>
        <w:t>EXT. ANOTHER LOCATION - NIGHT</w:t>
      </w:r>
    </w:p>
    <w:p>
      <w:pPr/>
      <w:r>
        <w:t>Your next scene starts here.</w:t>
      </w:r>
    </w:p>
    <w:sectPr w:rsidR="00FC693F" w:rsidRPr="0006063C" w:rsidSect="00034616">
      <w:headerReference w:type="default" r:id="rId9"/>
      <w:pgSz w:w="12240" w:h="15840"/>
      <w:pgMar w:top="1440" w:right="1440" w:bottom="1440" w:left="2160" w:header="720" w:footer="720" w:gutter="0"/>
      <w:cols w:space="720"/>
      <w:titlePg/>
      <w:docGrid w:linePitch="36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/>
      <w:jc w:val="right"/>
    </w:pPr>
    <w:r>
      <w:rPr>
        <w:rFonts w:ascii="Courier New" w:hAnsi="Courier New"/>
        <w:sz w:val="24"/>
      </w:rPr>
      <w:fldChar w:fldCharType="begin"/>
      <w:instrText xml:space="preserve"> PAGE </w:instrText>
      <w:fldChar w:fldCharType="end"/>
    </w:r>
    <w:r>
      <w:rPr>
        <w:rFonts w:ascii="Courier New" w:hAnsi="Courier New"/>
        <w:sz w:val="24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hAnsi="Courier New" w:cs="Courier New" w:eastAsia="Courier New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keepNext w:val="0"/>
      <w:spacing w:before="240" w:after="0" w:lineRule="exact" w:line="240"/>
      <w:ind w:left="0" w:right="0" w:firstLine="0"/>
      <w:jc w:val="left"/>
    </w:pPr>
    <w:rPr>
      <w:rFonts w:ascii="Courier New" w:hAnsi="Courier New" w:cs="Courier New" w:eastAsia="Courier New"/>
      <w:b w:val="0"/>
      <w:i w:val="0"/>
      <w:caps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0" w:lineRule="exact" w:line="240"/>
      <w:ind w:left="0" w:right="0" w:firstLine="0"/>
      <w:jc w:val="left"/>
      <w:outlineLvl w:val="0"/>
    </w:pPr>
    <w:rPr>
      <w:rFonts w:ascii="Courier New" w:hAnsi="Courier New" w:cs="Courier New" w:eastAsia="Courier New"/>
      <w:b w:val="0"/>
      <w:bCs/>
      <w:i w:val="0"/>
      <w:caps/>
      <w:color w:val="000000"/>
      <w:sz w:val="24"/>
      <w:szCs w:val="28"/>
    </w:rPr>
  </w:style>
  <w:style w:type="paragraph" w:styleId="Heading2">
    <w:name w:val="heading 2"/>
    <w:basedOn w:val="Normal"/>
    <w:next w:val="Heading3"/>
    <w:link w:val="Heading2Char"/>
    <w:uiPriority w:val="9"/>
    <w:unhideWhenUsed/>
    <w:qFormat/>
    <w:rsid w:val="00FC693F"/>
    <w:pPr>
      <w:keepNext/>
      <w:keepLines/>
      <w:spacing w:before="240" w:after="0" w:lineRule="exact" w:line="240"/>
      <w:ind w:left="3168" w:right="0" w:firstLine="0"/>
      <w:jc w:val="left"/>
      <w:outlineLvl w:val="1"/>
    </w:pPr>
    <w:rPr>
      <w:rFonts w:ascii="Courier New" w:hAnsi="Courier New" w:cs="Courier New" w:eastAsia="Courier New"/>
      <w:b w:val="0"/>
      <w:bCs/>
      <w:i w:val="0"/>
      <w:cap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0"/>
      <w:keepLines/>
      <w:spacing w:before="0" w:after="0" w:lineRule="exact" w:line="240"/>
      <w:ind w:left="1440" w:right="2160" w:firstLine="0"/>
      <w:jc w:val="left"/>
      <w:outlineLvl w:val="2"/>
    </w:pPr>
    <w:rPr>
      <w:rFonts w:ascii="Courier New" w:hAnsi="Courier New" w:cs="Courier New" w:eastAsia="Courier New"/>
      <w:b w:val="0"/>
      <w:bCs/>
      <w:i w:val="0"/>
      <w:caps w:val="0"/>
      <w:color w:val="000000"/>
      <w:sz w:val="24"/>
    </w:rPr>
  </w:style>
  <w:style w:type="paragraph" w:styleId="Heading4">
    <w:name w:val="heading 4"/>
    <w:basedOn w:val="Normal"/>
    <w:next w:val="Heading3"/>
    <w:link w:val="Heading4Char"/>
    <w:uiPriority w:val="9"/>
    <w:semiHidden/>
    <w:unhideWhenUsed/>
    <w:qFormat/>
    <w:rsid w:val="00FC693F"/>
    <w:pPr>
      <w:keepNext/>
      <w:keepLines/>
      <w:spacing w:before="0" w:after="0" w:lineRule="exact" w:line="240"/>
      <w:ind w:left="2304" w:right="2736" w:firstLine="0"/>
      <w:jc w:val="left"/>
      <w:outlineLvl w:val="3"/>
    </w:pPr>
    <w:rPr>
      <w:rFonts w:ascii="Courier New" w:hAnsi="Courier New" w:cs="Courier New" w:eastAsia="Courier New"/>
      <w:b w:val="0"/>
      <w:bCs/>
      <w:i w:val="0"/>
      <w:iCs/>
      <w:caps w:val="0"/>
      <w:color w:val="000000"/>
      <w:sz w:val="24"/>
    </w:rPr>
  </w:style>
  <w:style w:type="paragraph" w:styleId="Heading5">
    <w:name w:val="heading 5"/>
    <w:basedOn w:val="Normal"/>
    <w:next w:val="Heading1"/>
    <w:link w:val="Heading5Char"/>
    <w:uiPriority w:val="9"/>
    <w:semiHidden/>
    <w:unhideWhenUsed/>
    <w:qFormat/>
    <w:rsid w:val="00FC693F"/>
    <w:pPr>
      <w:keepNext w:val="0"/>
      <w:keepLines/>
      <w:spacing w:before="240" w:after="0" w:lineRule="exact" w:line="240"/>
      <w:ind w:left="0" w:right="0" w:firstLine="0"/>
      <w:jc w:val="right"/>
      <w:outlineLvl w:val="4"/>
    </w:pPr>
    <w:rPr>
      <w:rFonts w:ascii="Courier New" w:hAnsi="Courier New" w:cs="Courier New" w:eastAsia="Courier New"/>
      <w:b w:val="0"/>
      <w:i w:val="0"/>
      <w:caps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Courier New" w:hAnsi="Courier New" w:cs="Courier New" w:eastAsia="Courier New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Courier New" w:hAnsi="Courier New" w:cs="Courier New" w:eastAsia="Courier New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Courier New" w:hAnsi="Courier New" w:cs="Courier New" w:eastAsia="Courier New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spacing w:after="0" w:line="240" w:lineRule="exact" w:before="0"/>
      <w:ind w:left="0" w:right="0" w:firstLine="0"/>
      <w:contextualSpacing/>
      <w:jc w:val="center"/>
    </w:pPr>
    <w:rPr>
      <w:rFonts w:ascii="Courier New" w:hAnsi="Courier New" w:cs="Courier New" w:eastAsia="Courier New"/>
      <w:b w:val="0"/>
      <w:i w:val="0"/>
      <w:caps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Courier New" w:hAnsi="Courier New" w:cs="Courier New" w:eastAsia="Courier New"/>
      <w:color w:val="17365D" w:themeColor="text2" w:themeShade="BF"/>
      <w:spacing w:val="5"/>
      <w:kern w:val="28"/>
      <w:sz w:val="52"/>
      <w:szCs w:val="5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Courier New" w:hAnsi="Courier New" w:cs="Courier New" w:eastAsia="Courier New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Courier New" w:hAnsi="Courier New" w:cs="Courier New" w:eastAsia="Courier New"/>
      <w:color w:val="243F60" w:themeColor="accent1" w:themeShade="7F"/>
    </w:r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9" Type="http://schemas.openxmlformats.org/officeDocument/2006/relationships/header" Target="head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Screenplay Template | iFILMthings</dc:title>
  <dc:subject/>
  <dc:creator>iFILMthings.com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