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Movie Poster Billing Block Template</w:t>
      </w:r>
    </w:p>
    <w:p>
      <w:r>
        <w:rPr>
          <w:i/>
          <w:color w:val="777777"/>
        </w:rPr>
        <w:t>Copy the block below, swap in your names, then paste it onto your poster in a condensed font such as Oswald or Bebas Neue.</w:t>
      </w:r>
    </w:p>
    <w:p>
      <w:pPr>
        <w:pStyle w:val="Heading2"/>
      </w:pPr>
      <w:r>
        <w:t>Billing Block Order</w:t>
      </w:r>
    </w:p>
    <w:p>
      <w:r>
        <w:t>1. Presentation credit ([Studio] presents)</w:t>
      </w:r>
    </w:p>
    <w:p>
      <w:r>
        <w:t>2. Production company (a [Company] production)</w:t>
      </w:r>
    </w:p>
    <w:p>
      <w:r>
        <w:t>3. Possessory credit (a [Director] film)</w:t>
      </w:r>
    </w:p>
    <w:p>
      <w:r>
        <w:t>4. Cast, in billing order</w:t>
      </w:r>
    </w:p>
    <w:p>
      <w:r>
        <w:t>5. Title</w:t>
      </w:r>
    </w:p>
    <w:p>
      <w:r>
        <w:t>6. Casting by</w:t>
      </w:r>
    </w:p>
    <w:p>
      <w:r>
        <w:t>7. Music by</w:t>
      </w:r>
    </w:p>
    <w:p>
      <w:r>
        <w:t>8. Costume designer</w:t>
      </w:r>
    </w:p>
    <w:p>
      <w:r>
        <w:t>9. Edited by</w:t>
      </w:r>
    </w:p>
    <w:p>
      <w:r>
        <w:t>10. Production designer</w:t>
      </w:r>
    </w:p>
    <w:p>
      <w:r>
        <w:t>11. Director of photography</w:t>
      </w:r>
    </w:p>
    <w:p>
      <w:r>
        <w:t>12. Executive producers</w:t>
      </w:r>
    </w:p>
    <w:p>
      <w:r>
        <w:t>13. Produced by</w:t>
      </w:r>
    </w:p>
    <w:p>
      <w:r>
        <w:t>14. Based on (if adapted)</w:t>
      </w:r>
    </w:p>
    <w:p>
      <w:r>
        <w:t>15. Written by / Screenplay by</w:t>
      </w:r>
    </w:p>
    <w:p>
      <w:r>
        <w:t>16. Directed by (always last)</w:t>
      </w:r>
    </w:p>
    <w:p>
      <w:r>
        <w:rPr>
          <w:i/>
          <w:color w:val="777777"/>
        </w:rPr>
        <w:t>The exact order and wording are set by your contracts and guild agreements. Check them, or ask an entertainment lawyer, before you print.</w:t>
      </w:r>
    </w:p>
    <w:p>
      <w:pPr>
        <w:pStyle w:val="Heading2"/>
      </w:pPr>
      <w:r>
        <w:t>Your Billing Block</w:t>
      </w:r>
    </w:p>
    <w:p>
      <w:r>
        <w:t>[STUDIO] PRESENTS  A [PRODUCTION COMPANY] PRODUCTION  A [DIRECTOR] FILM  [ACTOR]  [ACTOR]  [ACTOR]  "[TITLE]"  CASTING BY [NAME]  MUSIC BY [NAME]  COSTUME DESIGNER [NAME]  EDITED BY [NAME]  PRODUCTION DESIGNER [NAME]  DIRECTOR OF PHOTOGRAPHY [NAME]  EXECUTIVE PRODUCERS [NAME] [NAME]  PRODUCED BY [NAME]  WRITTEN BY [NAME]  DIRECTED BY [NAME]</w:t>
      </w:r>
    </w:p>
    <w:p>
      <w:pPr>
        <w:pStyle w:val="Heading2"/>
      </w:pPr>
      <w:r>
        <w:t>Example: Dead Air</w:t>
      </w:r>
    </w:p>
    <w:p>
      <w:r>
        <w:t>RIVERSIDE PICTURES PRESENTS  AN ALEX RIVERA FILM  JESS MONROE  TOM ACHEBE  "DEAD AIR"  CASTING BY MAYA TORRES  MUSIC BY SAM OKAFOR  COSTUME DESIGNER ROSA LIND  EDITED BY DEV MEHTA  PRODUCTION DESIGNER HANA KOWALSKI  DIRECTOR OF PHOTOGRAPHY LENA PARK  PRODUCED BY JO KIM  WRITTEN AND DIRECTED BY ALEX RIVERA</w:t>
      </w:r>
    </w:p>
    <w:p>
      <w:pPr>
        <w:pStyle w:val="Heading2"/>
      </w:pPr>
      <w:r>
        <w:t>Styling Tips</w:t>
      </w:r>
    </w:p>
    <w:p>
      <w:r>
        <w:t>Names in full-height capitals. Job titles about half that height, stacked on two lines.</w:t>
      </w:r>
    </w:p>
    <w:p>
      <w:r>
        <w:t>Keep the block at the bottom, under the title.</w:t>
      </w:r>
    </w:p>
    <w:p>
      <w:r>
        <w:t>Set it in one condensed font and one color, usually grey or white.</w:t>
      </w:r>
    </w:p>
    <w:p>
      <w:r>
        <w:rPr>
          <w:color w:val="777777"/>
          <w:sz w:val="18"/>
        </w:rPr>
        <w:t>Free movie poster billing block template from iFILMthings.com</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cs="Arial" w:eastAsia="Arial"/>
        <w:sz w:val="22"/>
        <w:szCs w:val="22"/>
        <w:lang w:val="en-US" w:eastAsia="en-US" w:bidi="ar-SA"/>
      </w:rPr>
    </w:rPrDefault>
    <w:pPrDefault>
      <w:pPr>
        <w:spacing w:after="200" w:line="276" w:lineRule="auto"/>
      </w:pPr>
    </w:pPrDefault>
  </w:docDefault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cs="Arial" w:eastAsia="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cs="Arial" w:eastAsia="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Arial" w:hAnsi="Arial" w:cs="Arial" w:eastAsia="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Arial" w:hAnsi="Arial" w:cs="Arial" w:eastAsia="Arial"/>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cs="Arial" w:eastAsia="Arial"/>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693F"/>
    <w:rPr>
      <w:rFonts w:ascii="Arial" w:hAnsi="Arial" w:cs="Arial" w:eastAsia="Arial"/>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Arial" w:hAnsi="Arial" w:cs="Arial" w:eastAsia="Arial"/>
      <w:b/>
      <w:bCs/>
      <w:color w:val="4F81BD" w:themeColor="accent1"/>
      <w:sz w:val="26"/>
      <w:szCs w:val="26"/>
    </w:rPr>
  </w:style>
  <w:style w:type="character" w:customStyle="1" w:styleId="Heading3Char">
    <w:name w:val="Heading 3 Char"/>
    <w:basedOn w:val="DefaultParagraphFont"/>
    <w:link w:val="Heading3"/>
    <w:uiPriority w:val="9"/>
    <w:rsid w:val="00FC693F"/>
    <w:rPr>
      <w:rFonts w:ascii="Arial" w:hAnsi="Arial" w:cs="Arial" w:eastAsia="Arial"/>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cs="Arial" w:eastAsia="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Arial" w:hAnsi="Arial" w:cs="Arial" w:eastAsia="Arial"/>
      <w:color w:val="17365D" w:themeColor="text2" w:themeShade="BF"/>
      <w:spacing w:val="5"/>
      <w:kern w:val="28"/>
      <w:sz w:val="52"/>
      <w:szCs w:val="52"/>
    </w:rPr>
  </w:style>
  <w:style w:type="character" w:customStyle="1" w:styleId="Heading4Char">
    <w:name w:val="Heading 4 Char"/>
    <w:basedOn w:val="DefaultParagraphFont"/>
    <w:link w:val="Heading4"/>
    <w:uiPriority w:val="9"/>
    <w:semiHidden/>
    <w:rsid w:val="00FC693F"/>
    <w:rPr>
      <w:rFonts w:ascii="Arial" w:hAnsi="Arial" w:cs="Arial" w:eastAsia="Arial"/>
      <w:b/>
      <w:bCs/>
      <w:i/>
      <w:iCs/>
      <w:color w:val="4F81BD" w:themeColor="accent1"/>
    </w:rPr>
  </w:style>
  <w:style w:type="character" w:customStyle="1" w:styleId="Heading5Char">
    <w:name w:val="Heading 5 Char"/>
    <w:basedOn w:val="DefaultParagraphFont"/>
    <w:link w:val="Heading5"/>
    <w:uiPriority w:val="9"/>
    <w:semiHidden/>
    <w:rsid w:val="00FC693F"/>
    <w:rPr>
      <w:rFonts w:ascii="Arial" w:hAnsi="Arial" w:cs="Arial" w:eastAsia="Arial"/>
      <w:color w:val="243F60" w:themeColor="accent1" w:themeShade="7F"/>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Movie Poster Billing Block Template</dc:title>
  <dc:subject/>
  <dc:creator>iFILMthings.com</dc:creator>
  <cp:keywords/>
  <dc:description/>
  <cp:lastModifiedBy>iFILMthings.com</cp:lastModifiedBy>
  <cp:revision>1</cp:revision>
  <dcterms:created xsi:type="dcterms:W3CDTF">2013-12-23T23:15:00Z</dcterms:created>
  <dcterms:modified xsi:type="dcterms:W3CDTF">2013-12-23T23:15:00Z</dcterms:modified>
  <cp:category/>
</cp:coreProperties>
</file>