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Title]</w:t>
      </w:r>
    </w:p>
    <w:p>
      <w:r>
        <w:rPr>
          <w:i/>
          <w:color w:val="777777"/>
        </w:rPr>
        <w:t>[A short tagline that sets the mood]</w:t>
      </w:r>
    </w:p>
    <w:p>
      <w:pPr>
        <w:spacing w:after="40"/>
      </w:pPr>
      <w:r>
        <w:rPr>
          <w:b/>
        </w:rPr>
        <w:t xml:space="preserve">Genre: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Format and runtime: </w:t>
      </w:r>
      <w:r>
        <w:rPr>
          <w:color w:val="777777"/>
        </w:rPr>
        <w:t>[Short, feature or series. Minutes]</w:t>
      </w:r>
    </w:p>
    <w:p>
      <w:pPr>
        <w:spacing w:after="40"/>
      </w:pPr>
      <w:r>
        <w:rPr>
          <w:b/>
        </w:rPr>
        <w:t xml:space="preserve">Budget: </w:t>
      </w:r>
      <w:r>
        <w:rPr>
          <w:color w:val="777777"/>
        </w:rPr>
      </w:r>
    </w:p>
    <w:p>
      <w:pPr>
        <w:spacing w:after="40"/>
      </w:pPr>
      <w:r>
        <w:rPr>
          <w:b/>
        </w:rPr>
        <w:t xml:space="preserve">Status: </w:t>
      </w:r>
      <w:r>
        <w:rPr>
          <w:color w:val="777777"/>
        </w:rPr>
        <w:t>[Development, pre-production, shot or in post]</w:t>
      </w:r>
    </w:p>
    <w:p>
      <w:r>
        <w:rPr>
          <w:i/>
          <w:color w:val="777777"/>
        </w:rPr>
        <w:t>[Insert the key image or poster art here]</w:t>
      </w:r>
    </w:p>
    <w:p>
      <w:pPr>
        <w:pStyle w:val="Heading2"/>
      </w:pPr>
      <w:r>
        <w:t>Logline</w:t>
      </w:r>
    </w:p>
    <w:p>
      <w:r>
        <w:rPr>
          <w:i/>
          <w:color w:val="777777"/>
        </w:rPr>
        <w:t>One sentence: who the hero is, what they want and what stands in the way.</w:t>
      </w:r>
    </w:p>
    <w:p>
      <w:pPr>
        <w:pStyle w:val="Heading2"/>
      </w:pPr>
      <w:r>
        <w:t>Synopsis</w:t>
      </w:r>
    </w:p>
    <w:p>
      <w:r>
        <w:rPr>
          <w:i/>
          <w:color w:val="777777"/>
        </w:rPr>
        <w:t>The story in one or two short paragraphs, ending included.</w:t>
      </w:r>
    </w:p>
    <w:p>
      <w:pPr>
        <w:pStyle w:val="Heading2"/>
      </w:pPr>
      <w:r>
        <w:t>Comparable Films</w:t>
      </w:r>
    </w:p>
    <w:p>
      <w:r>
        <w:rPr>
          <w:i/>
          <w:color w:val="777777"/>
        </w:rPr>
        <w:t>[Film A] meets [Film B].</w:t>
      </w:r>
    </w:p>
    <w:p>
      <w:pPr>
        <w:pStyle w:val="Heading2"/>
      </w:pPr>
      <w:r>
        <w:t>Team and Cast</w:t>
      </w:r>
    </w:p>
    <w:p>
      <w:r>
        <w:rPr>
          <w:i/>
          <w:color w:val="777777"/>
        </w:rPr>
        <w:t>Writer, director, producer and any attached cast, with one best credit each.</w:t>
      </w:r>
    </w:p>
    <w:p>
      <w:pPr>
        <w:pStyle w:val="Heading2"/>
      </w:pPr>
      <w:r>
        <w:t>The Ask</w:t>
      </w:r>
    </w:p>
    <w:p>
      <w:r>
        <w:rPr>
          <w:i/>
          <w:color w:val="777777"/>
        </w:rPr>
        <w:t>What you want from the reader: money, a meeting or a read.</w:t>
      </w:r>
    </w:p>
    <w:p>
      <w:pPr>
        <w:pStyle w:val="Heading2"/>
      </w:pPr>
      <w:r>
        <w:t>Contact</w:t>
      </w:r>
    </w:p>
    <w:p>
      <w:r>
        <w:rPr>
          <w:i/>
          <w:color w:val="777777"/>
        </w:rPr>
        <w:t>[Name], [role]  |  [email]  |  [phone]</w:t>
      </w:r>
    </w:p>
    <w:p>
      <w:r>
        <w:rPr>
          <w:color w:val="777777"/>
          <w:sz w:val="18"/>
        </w:rPr>
        <w:t>Free one sheet template from iFILMthings.com. Keep it to one page.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cs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cs="Arial" w:eastAsia="Arial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cs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cs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cs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cs="Arial" w:eastAsia="Arial"/>
      <w:color w:val="243F60" w:themeColor="accent1" w:themeShade="7F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One Sheet Template</dc:title>
  <dc:subject/>
  <dc:creator>iFILMthings.com</dc:creator>
  <cp:keywords/>
  <dc:description/>
  <cp:lastModifiedBy>iFILMthings.com</cp:lastModifiedBy>
  <cp:revision>1</cp:revision>
  <dcterms:created xsi:type="dcterms:W3CDTF">2013-12-23T23:15:00Z</dcterms:created>
  <dcterms:modified xsi:type="dcterms:W3CDTF">2013-12-23T23:15:00Z</dcterms:modified>
  <cp:category/>
</cp:coreProperties>
</file>