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Film Analysis Worksheet</w:t>
      </w:r>
    </w:p>
    <w:p>
      <w:r>
        <w:rPr>
          <w:i/>
          <w:color w:val="777777"/>
        </w:rPr>
        <w:t>Watch once for the story. Watch again with this sheet open.</w:t>
      </w:r>
    </w:p>
    <w:p>
      <w:pPr>
        <w:spacing w:after="40"/>
      </w:pPr>
      <w:r>
        <w:rPr>
          <w:b/>
        </w:rPr>
        <w:t xml:space="preserve">Film title: </w:t>
      </w:r>
    </w:p>
    <w:p>
      <w:pPr>
        <w:spacing w:after="40"/>
      </w:pPr>
      <w:r>
        <w:rPr>
          <w:b/>
        </w:rPr>
        <w:t xml:space="preserve">Year: </w:t>
      </w:r>
    </w:p>
    <w:p>
      <w:pPr>
        <w:spacing w:after="40"/>
      </w:pPr>
      <w:r>
        <w:rPr>
          <w:b/>
        </w:rPr>
        <w:t xml:space="preserve">Director: </w:t>
      </w:r>
    </w:p>
    <w:p>
      <w:pPr>
        <w:spacing w:after="40"/>
      </w:pPr>
      <w:r>
        <w:rPr>
          <w:b/>
        </w:rPr>
        <w:t xml:space="preserve">Runtime: </w:t>
      </w:r>
    </w:p>
    <w:p>
      <w:pPr>
        <w:spacing w:after="40"/>
      </w:pPr>
      <w:r>
        <w:rPr>
          <w:b/>
        </w:rPr>
        <w:t xml:space="preserve">Genre: </w:t>
      </w:r>
    </w:p>
    <w:p>
      <w:pPr>
        <w:spacing w:after="40"/>
      </w:pPr>
      <w:r>
        <w:rPr>
          <w:b/>
        </w:rPr>
        <w:t xml:space="preserve">Viewing (1st, 2nd): </w:t>
      </w:r>
    </w:p>
    <w:p>
      <w:pPr>
        <w:spacing w:after="40"/>
      </w:pPr>
      <w:r>
        <w:rPr>
          <w:b/>
        </w:rPr>
        <w:t xml:space="preserve">Your name: </w:t>
      </w:r>
    </w:p>
    <w:p>
      <w:pPr>
        <w:pStyle w:val="Heading2"/>
      </w:pPr>
      <w:r>
        <w:t>First Watch: Your Gut Reaction</w:t>
      </w:r>
    </w:p>
    <w:p>
      <w:pPr>
        <w:spacing w:after="40"/>
      </w:pPr>
      <w:r>
        <w:rPr>
          <w:b/>
        </w:rPr>
        <w:t xml:space="preserve">What stuck with you: </w:t>
      </w:r>
      <w:r>
        <w:rPr>
          <w:color w:val="777777"/>
        </w:rPr>
        <w:t>[a moment, image or line]</w:t>
      </w:r>
    </w:p>
    <w:p>
      <w:pPr>
        <w:spacing w:after="40"/>
      </w:pPr>
      <w:r>
        <w:rPr>
          <w:b/>
        </w:rPr>
        <w:t xml:space="preserve">How did you feel at the end: </w:t>
      </w:r>
    </w:p>
    <w:p>
      <w:pPr>
        <w:spacing w:after="40"/>
      </w:pPr>
      <w:r>
        <w:rPr>
          <w:b/>
        </w:rPr>
        <w:t xml:space="preserve">What questions do you have: </w:t>
      </w:r>
    </w:p>
    <w:p>
      <w:pPr>
        <w:pStyle w:val="Heading2"/>
      </w:pPr>
      <w:r>
        <w:t>The Story</w:t>
      </w:r>
    </w:p>
    <w:p>
      <w:pPr>
        <w:spacing w:after="40"/>
      </w:pPr>
      <w:r>
        <w:rPr>
          <w:b/>
        </w:rPr>
        <w:t xml:space="preserve">The story in one sentence: </w:t>
      </w:r>
      <w:r>
        <w:rPr>
          <w:color w:val="777777"/>
        </w:rPr>
        <w:t>[who wants what, and what's in the way]</w:t>
      </w:r>
    </w:p>
    <w:p>
      <w:pPr>
        <w:spacing w:after="40"/>
      </w:pPr>
      <w:r>
        <w:rPr>
          <w:b/>
        </w:rPr>
        <w:t xml:space="preserve">Structure: </w:t>
      </w:r>
      <w:r>
        <w:rPr>
          <w:color w:val="777777"/>
        </w:rPr>
        <w:t>[setup, the turn, the ending]</w:t>
      </w:r>
    </w:p>
    <w:p>
      <w:pPr>
        <w:spacing w:after="40"/>
      </w:pPr>
      <w:r>
        <w:rPr>
          <w:b/>
        </w:rPr>
        <w:t xml:space="preserve">Main character and arc: </w:t>
      </w:r>
      <w:r>
        <w:rPr>
          <w:color w:val="777777"/>
        </w:rPr>
        <w:t>[how do they change?]</w:t>
      </w:r>
    </w:p>
    <w:p>
      <w:pPr>
        <w:spacing w:after="40"/>
      </w:pPr>
      <w:r>
        <w:rPr>
          <w:b/>
        </w:rPr>
        <w:t xml:space="preserve">Conflict: </w:t>
      </w:r>
      <w:r>
        <w:rPr>
          <w:color w:val="777777"/>
        </w:rPr>
        <w:t>[who or what is in the way]</w:t>
      </w:r>
    </w:p>
    <w:p>
      <w:pPr>
        <w:pStyle w:val="Heading2"/>
      </w:pPr>
      <w:r>
        <w:t>Look and Sound</w:t>
      </w:r>
    </w:p>
    <w:p>
      <w:pPr>
        <w:spacing w:after="40"/>
      </w:pPr>
      <w:r>
        <w:rPr>
          <w:b/>
        </w:rPr>
        <w:t xml:space="preserve">Cinematography: </w:t>
      </w:r>
      <w:r>
        <w:rPr>
          <w:color w:val="777777"/>
        </w:rPr>
        <w:t>[shots, angles, camera movement, light]</w:t>
      </w:r>
    </w:p>
    <w:p>
      <w:pPr>
        <w:spacing w:after="40"/>
      </w:pPr>
      <w:r>
        <w:rPr>
          <w:b/>
        </w:rPr>
        <w:t xml:space="preserve">Editing: </w:t>
      </w:r>
      <w:r>
        <w:rPr>
          <w:color w:val="777777"/>
        </w:rPr>
        <w:t>[pace, cuts, transitions, montage]</w:t>
      </w:r>
    </w:p>
    <w:p>
      <w:pPr>
        <w:spacing w:after="40"/>
      </w:pPr>
      <w:r>
        <w:rPr>
          <w:b/>
        </w:rPr>
        <w:t xml:space="preserve">Sound and music: </w:t>
      </w:r>
      <w:r>
        <w:rPr>
          <w:color w:val="777777"/>
        </w:rPr>
        <w:t>[score, songs, silence, dialogue]</w:t>
      </w:r>
    </w:p>
    <w:p>
      <w:pPr>
        <w:spacing w:after="40"/>
      </w:pPr>
      <w:r>
        <w:rPr>
          <w:b/>
        </w:rPr>
        <w:t xml:space="preserve">Mise-en-scène: </w:t>
      </w:r>
      <w:r>
        <w:rPr>
          <w:color w:val="777777"/>
        </w:rPr>
        <w:t>[sets, costume, props, actors in the frame]</w:t>
      </w:r>
    </w:p>
    <w:p>
      <w:pPr>
        <w:pStyle w:val="Heading2"/>
      </w:pPr>
      <w:r>
        <w:t>Scene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30"/>
        <w:gridCol w:w="1930"/>
        <w:gridCol w:w="1930"/>
        <w:gridCol w:w="1930"/>
        <w:gridCol w:w="1930"/>
      </w:tblGrid>
      <w:tr>
        <w:tc>
          <w:tcPr>
            <w:tcW w:type="dxa" w:w="1930"/>
          </w:tcPr>
          <w:p>
            <w:r/>
            <w:r>
              <w:rPr>
                <w:b/>
              </w:rPr>
              <w:t>#</w:t>
            </w:r>
          </w:p>
        </w:tc>
        <w:tc>
          <w:tcPr>
            <w:tcW w:type="dxa" w:w="1930"/>
          </w:tcPr>
          <w:p>
            <w:r/>
            <w:r>
              <w:rPr>
                <w:b/>
              </w:rPr>
              <w:t>When</w:t>
            </w:r>
          </w:p>
        </w:tc>
        <w:tc>
          <w:tcPr>
            <w:tcW w:type="dxa" w:w="1930"/>
          </w:tcPr>
          <w:p>
            <w:r/>
            <w:r>
              <w:rPr>
                <w:b/>
              </w:rPr>
              <w:t>What happens</w:t>
            </w:r>
          </w:p>
        </w:tc>
        <w:tc>
          <w:tcPr>
            <w:tcW w:type="dxa" w:w="1930"/>
          </w:tcPr>
          <w:p>
            <w:r/>
            <w:r>
              <w:rPr>
                <w:b/>
              </w:rPr>
              <w:t>Technique</w:t>
            </w:r>
          </w:p>
        </w:tc>
        <w:tc>
          <w:tcPr>
            <w:tcW w:type="dxa" w:w="1930"/>
          </w:tcPr>
          <w:p>
            <w:r/>
            <w:r>
              <w:rPr>
                <w:b/>
              </w:rPr>
              <w:t>Why it matters</w:t>
            </w:r>
          </w:p>
        </w:tc>
      </w:tr>
      <w:tr>
        <w:tc>
          <w:tcPr>
            <w:tcW w:type="dxa" w:w="1930"/>
          </w:tcPr>
          <w:p>
            <w:r>
              <w:t>1</w:t>
            </w:r>
          </w:p>
        </w:tc>
        <w:tc>
          <w:tcPr>
            <w:tcW w:type="dxa" w:w="1930"/>
          </w:tcPr>
          <w:p/>
        </w:tc>
        <w:tc>
          <w:tcPr>
            <w:tcW w:type="dxa" w:w="1930"/>
          </w:tcPr>
          <w:p/>
        </w:tc>
        <w:tc>
          <w:tcPr>
            <w:tcW w:type="dxa" w:w="1930"/>
          </w:tcPr>
          <w:p/>
        </w:tc>
        <w:tc>
          <w:tcPr>
            <w:tcW w:type="dxa" w:w="1930"/>
          </w:tcPr>
          <w:p/>
        </w:tc>
      </w:tr>
      <w:tr>
        <w:tc>
          <w:tcPr>
            <w:tcW w:type="dxa" w:w="1930"/>
          </w:tcPr>
          <w:p>
            <w:r>
              <w:t>2</w:t>
            </w:r>
          </w:p>
        </w:tc>
        <w:tc>
          <w:tcPr>
            <w:tcW w:type="dxa" w:w="1930"/>
          </w:tcPr>
          <w:p/>
        </w:tc>
        <w:tc>
          <w:tcPr>
            <w:tcW w:type="dxa" w:w="1930"/>
          </w:tcPr>
          <w:p/>
        </w:tc>
        <w:tc>
          <w:tcPr>
            <w:tcW w:type="dxa" w:w="1930"/>
          </w:tcPr>
          <w:p/>
        </w:tc>
        <w:tc>
          <w:tcPr>
            <w:tcW w:type="dxa" w:w="1930"/>
          </w:tcPr>
          <w:p/>
        </w:tc>
      </w:tr>
      <w:tr>
        <w:tc>
          <w:tcPr>
            <w:tcW w:type="dxa" w:w="1930"/>
          </w:tcPr>
          <w:p>
            <w:r>
              <w:t>3</w:t>
            </w:r>
          </w:p>
        </w:tc>
        <w:tc>
          <w:tcPr>
            <w:tcW w:type="dxa" w:w="1930"/>
          </w:tcPr>
          <w:p/>
        </w:tc>
        <w:tc>
          <w:tcPr>
            <w:tcW w:type="dxa" w:w="1930"/>
          </w:tcPr>
          <w:p/>
        </w:tc>
        <w:tc>
          <w:tcPr>
            <w:tcW w:type="dxa" w:w="1930"/>
          </w:tcPr>
          <w:p/>
        </w:tc>
        <w:tc>
          <w:tcPr>
            <w:tcW w:type="dxa" w:w="1930"/>
          </w:tcPr>
          <w:p/>
        </w:tc>
      </w:tr>
      <w:tr>
        <w:tc>
          <w:tcPr>
            <w:tcW w:type="dxa" w:w="1930"/>
          </w:tcPr>
          <w:p>
            <w:r>
              <w:t>4</w:t>
            </w:r>
          </w:p>
        </w:tc>
        <w:tc>
          <w:tcPr>
            <w:tcW w:type="dxa" w:w="1930"/>
          </w:tcPr>
          <w:p/>
        </w:tc>
        <w:tc>
          <w:tcPr>
            <w:tcW w:type="dxa" w:w="1930"/>
          </w:tcPr>
          <w:p/>
        </w:tc>
        <w:tc>
          <w:tcPr>
            <w:tcW w:type="dxa" w:w="1930"/>
          </w:tcPr>
          <w:p/>
        </w:tc>
        <w:tc>
          <w:tcPr>
            <w:tcW w:type="dxa" w:w="1930"/>
          </w:tcPr>
          <w:p/>
        </w:tc>
      </w:tr>
      <w:tr>
        <w:tc>
          <w:tcPr>
            <w:tcW w:type="dxa" w:w="1930"/>
          </w:tcPr>
          <w:p>
            <w:r>
              <w:t>5</w:t>
            </w:r>
          </w:p>
        </w:tc>
        <w:tc>
          <w:tcPr>
            <w:tcW w:type="dxa" w:w="1930"/>
          </w:tcPr>
          <w:p/>
        </w:tc>
        <w:tc>
          <w:tcPr>
            <w:tcW w:type="dxa" w:w="1930"/>
          </w:tcPr>
          <w:p/>
        </w:tc>
        <w:tc>
          <w:tcPr>
            <w:tcW w:type="dxa" w:w="1930"/>
          </w:tcPr>
          <w:p/>
        </w:tc>
        <w:tc>
          <w:tcPr>
            <w:tcW w:type="dxa" w:w="1930"/>
          </w:tcPr>
          <w:p/>
        </w:tc>
      </w:tr>
      <w:tr>
        <w:tc>
          <w:tcPr>
            <w:tcW w:type="dxa" w:w="1930"/>
          </w:tcPr>
          <w:p>
            <w:r>
              <w:t>6</w:t>
            </w:r>
          </w:p>
        </w:tc>
        <w:tc>
          <w:tcPr>
            <w:tcW w:type="dxa" w:w="1930"/>
          </w:tcPr>
          <w:p/>
        </w:tc>
        <w:tc>
          <w:tcPr>
            <w:tcW w:type="dxa" w:w="1930"/>
          </w:tcPr>
          <w:p/>
        </w:tc>
        <w:tc>
          <w:tcPr>
            <w:tcW w:type="dxa" w:w="1930"/>
          </w:tcPr>
          <w:p/>
        </w:tc>
        <w:tc>
          <w:tcPr>
            <w:tcW w:type="dxa" w:w="1930"/>
          </w:tcPr>
          <w:p/>
        </w:tc>
      </w:tr>
      <w:tr>
        <w:tc>
          <w:tcPr>
            <w:tcW w:type="dxa" w:w="1930"/>
          </w:tcPr>
          <w:p>
            <w:r>
              <w:t>7</w:t>
            </w:r>
          </w:p>
        </w:tc>
        <w:tc>
          <w:tcPr>
            <w:tcW w:type="dxa" w:w="1930"/>
          </w:tcPr>
          <w:p/>
        </w:tc>
        <w:tc>
          <w:tcPr>
            <w:tcW w:type="dxa" w:w="1930"/>
          </w:tcPr>
          <w:p/>
        </w:tc>
        <w:tc>
          <w:tcPr>
            <w:tcW w:type="dxa" w:w="1930"/>
          </w:tcPr>
          <w:p/>
        </w:tc>
        <w:tc>
          <w:tcPr>
            <w:tcW w:type="dxa" w:w="1930"/>
          </w:tcPr>
          <w:p/>
        </w:tc>
      </w:tr>
      <w:tr>
        <w:tc>
          <w:tcPr>
            <w:tcW w:type="dxa" w:w="1930"/>
          </w:tcPr>
          <w:p>
            <w:r>
              <w:t>8</w:t>
            </w:r>
          </w:p>
        </w:tc>
        <w:tc>
          <w:tcPr>
            <w:tcW w:type="dxa" w:w="1930"/>
          </w:tcPr>
          <w:p/>
        </w:tc>
        <w:tc>
          <w:tcPr>
            <w:tcW w:type="dxa" w:w="1930"/>
          </w:tcPr>
          <w:p/>
        </w:tc>
        <w:tc>
          <w:tcPr>
            <w:tcW w:type="dxa" w:w="1930"/>
          </w:tcPr>
          <w:p/>
        </w:tc>
        <w:tc>
          <w:tcPr>
            <w:tcW w:type="dxa" w:w="1930"/>
          </w:tcPr>
          <w:p/>
        </w:tc>
      </w:tr>
    </w:tbl>
    <w:p>
      <w:pPr>
        <w:pStyle w:val="Heading2"/>
      </w:pPr>
      <w:r>
        <w:t>Themes and Context</w:t>
      </w:r>
    </w:p>
    <w:p>
      <w:pPr>
        <w:spacing w:after="40"/>
      </w:pPr>
      <w:r>
        <w:rPr>
          <w:b/>
        </w:rPr>
        <w:t xml:space="preserve">Themes: </w:t>
      </w:r>
      <w:r>
        <w:rPr>
          <w:color w:val="777777"/>
        </w:rPr>
        <w:t>[what is it really about?]</w:t>
      </w:r>
    </w:p>
    <w:p>
      <w:pPr>
        <w:spacing w:after="40"/>
      </w:pPr>
      <w:r>
        <w:rPr>
          <w:b/>
        </w:rPr>
        <w:t xml:space="preserve">Symbols and motifs: </w:t>
      </w:r>
      <w:r>
        <w:rPr>
          <w:color w:val="777777"/>
        </w:rPr>
        <w:t>[what repeats?]</w:t>
      </w:r>
    </w:p>
    <w:p>
      <w:pPr>
        <w:spacing w:after="40"/>
      </w:pPr>
      <w:r>
        <w:rPr>
          <w:b/>
        </w:rPr>
        <w:t xml:space="preserve">Context: </w:t>
      </w:r>
      <w:r>
        <w:rPr>
          <w:color w:val="777777"/>
        </w:rPr>
        <w:t>[when, where, why it was made]</w:t>
      </w:r>
    </w:p>
    <w:p>
      <w:pPr>
        <w:pStyle w:val="Heading2"/>
      </w:pPr>
      <w:r>
        <w:t>Your Argument</w:t>
      </w:r>
    </w:p>
    <w:p>
      <w:pPr>
        <w:spacing w:after="40"/>
      </w:pPr>
      <w:r>
        <w:rPr>
          <w:b/>
        </w:rPr>
        <w:t xml:space="preserve">Thesis: </w:t>
      </w:r>
      <w:r>
        <w:rPr>
          <w:color w:val="777777"/>
        </w:rPr>
        <w:t>[one claim about how the film works, not whether it's good]</w:t>
      </w:r>
    </w:p>
    <w:p>
      <w:pPr>
        <w:spacing w:after="40"/>
      </w:pPr>
      <w:r>
        <w:rPr>
          <w:b/>
        </w:rPr>
        <w:t xml:space="preserve">Evidence 1: </w:t>
      </w:r>
    </w:p>
    <w:p>
      <w:pPr>
        <w:spacing w:after="40"/>
      </w:pPr>
      <w:r>
        <w:rPr>
          <w:b/>
        </w:rPr>
        <w:t xml:space="preserve">Evidence 2: </w:t>
      </w:r>
    </w:p>
    <w:p>
      <w:pPr>
        <w:spacing w:after="40"/>
      </w:pPr>
      <w:r>
        <w:rPr>
          <w:b/>
        </w:rPr>
        <w:t xml:space="preserve">Evidence 3: </w:t>
      </w:r>
    </w:p>
    <w:p>
      <w:pPr>
        <w:spacing w:after="40"/>
      </w:pPr>
      <w:r>
        <w:rPr>
          <w:b/>
        </w:rPr>
        <w:t xml:space="preserve">Counterpoint: </w:t>
      </w:r>
      <w:r>
        <w:rPr>
          <w:color w:val="777777"/>
        </w:rPr>
        <w:t>[what might someone argue back, and your answer]</w:t>
      </w:r>
    </w:p>
    <w:p>
      <w:r>
        <w:rPr>
          <w:color w:val="777777"/>
          <w:sz w:val="18"/>
        </w:rPr>
        <w:t>Free film analysis worksheet from iFILMthings.com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cs="Arial" w:eastAsia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cs="Arial" w:eastAsia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cs="Arial" w:eastAsia="Arial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cs="Arial" w:eastAsia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cs="Arial" w:eastAsia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cs="Arial" w:eastAsia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Arial" w:hAnsi="Arial" w:cs="Arial" w:eastAsia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cs="Arial" w:eastAsia="Arial"/>
      <w:color w:val="17365D" w:themeColor="text2" w:themeShade="BF"/>
      <w:spacing w:val="5"/>
      <w:kern w:val="28"/>
      <w:sz w:val="52"/>
      <w:szCs w:val="5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cs="Arial" w:eastAsia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cs="Arial" w:eastAsia="Arial"/>
      <w:color w:val="243F60" w:themeColor="accent1" w:themeShade="7F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Film Analysis Worksheet</dc:title>
  <dc:subject/>
  <dc:creator>iFILMthings.com</dc:creator>
  <cp:keywords/>
  <dc:description/>
  <cp:lastModifiedBy>iFILMthings.com</cp:lastModifiedBy>
  <cp:revision>1</cp:revision>
  <dcterms:created xsi:type="dcterms:W3CDTF">2013-12-23T23:15:00Z</dcterms:created>
  <dcterms:modified xsi:type="dcterms:W3CDTF">2013-12-23T23:15:00Z</dcterms:modified>
  <cp:category/>
</cp:coreProperties>
</file>