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Deal Memo Templates</w:t>
      </w:r>
    </w:p>
    <w:p>
      <w:r>
        <w:rPr>
          <w:i/>
          <w:color w:val="777777"/>
        </w:rPr>
        <w:t>Free from iFILMthings.com. Two memos in one file: crew and cast. Delete the one you don't need, fill in the blanks and change the standard terms to match your deal.</w:t>
      </w:r>
    </w:p>
    <w:p>
      <w:r>
        <w:rPr>
          <w:b/>
          <w:sz w:val="18"/>
        </w:rPr>
        <w:t xml:space="preserve">Have a lawyer review this. </w:t>
      </w:r>
      <w:r>
        <w:rPr>
          <w:sz w:val="18"/>
        </w:rPr>
        <w:t>This is a general template, not legal advice. Deal terms, tax rules and union rules differ by state, country and contract. Have a lawyer review it before you use it.</w:t>
      </w:r>
    </w:p>
    <w:p>
      <w:r>
        <w:br w:type="page"/>
      </w:r>
    </w:p>
    <w:p>
      <w:pPr>
        <w:pStyle w:val="Heading1"/>
      </w:pPr>
      <w:r>
        <w:t>Crew Deal Memo</w:t>
      </w:r>
    </w:p>
    <w:p>
      <w:r>
        <w:rPr>
          <w:i/>
          <w:color w:val="777777"/>
        </w:rPr>
        <w:t>Agree the rate and terms in writing before day one.</w:t>
      </w:r>
    </w:p>
    <w:p>
      <w:pPr>
        <w:pStyle w:val="Heading2"/>
      </w:pPr>
      <w:r>
        <w:t>Production</w:t>
      </w:r>
    </w:p>
    <w:p>
      <w:pPr>
        <w:spacing w:after="40"/>
      </w:pPr>
      <w:r>
        <w:rPr>
          <w:b/>
        </w:rPr>
        <w:t xml:space="preserve">Production title: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Production company: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Producer / UPM: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Shoot dates: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Main location: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Production contact: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Crew Member</w:t>
      </w:r>
    </w:p>
    <w:p>
      <w:pPr>
        <w:spacing w:after="40"/>
      </w:pPr>
      <w:r>
        <w:rPr>
          <w:b/>
        </w:rPr>
        <w:t xml:space="preserve">Name: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Position: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Department: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Phone: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Email: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Union / guild status: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Rate and Terms</w:t>
      </w:r>
    </w:p>
    <w:p>
      <w:pPr>
        <w:spacing w:after="40"/>
      </w:pPr>
      <w:r>
        <w:rPr>
          <w:b/>
        </w:rPr>
        <w:t xml:space="preserve">Rate: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Per (day / week / flat):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Guaranteed days or hours: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Overtime: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Kit / box rental: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Per diem and meals: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Travel and mileage: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Payment terms: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Employee or contractor: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Screen credit: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Cancellation / kill fee: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Other Terms</w:t>
      </w:r>
    </w:p>
    <w:p>
      <w:r>
        <w:rPr>
          <w:i/>
          <w:color w:val="777777"/>
        </w:rPr>
        <w:t>Prep days, reserve days, expenses, equipment, anything else agreed.</w:t>
      </w:r>
    </w:p>
    <w:p/>
    <w:p>
      <w:pPr>
        <w:pStyle w:val="Heading2"/>
      </w:pPr>
      <w:r>
        <w:t>Standard Terms</w:t>
      </w:r>
    </w:p>
    <w:p>
      <w:pPr>
        <w:spacing w:after="60"/>
      </w:pPr>
      <w:r>
        <w:t xml:space="preserve">1. </w:t>
      </w:r>
      <w:r>
        <w:rPr>
          <w:b/>
        </w:rPr>
        <w:t xml:space="preserve">Services. </w:t>
      </w:r>
      <w:r>
        <w:t>The crew member will work in the position above on the dates above, and on any prep or wrap days listed, under the direction of the producer.</w:t>
      </w:r>
    </w:p>
    <w:p>
      <w:pPr>
        <w:spacing w:after="60"/>
      </w:pPr>
      <w:r>
        <w:t xml:space="preserve">2. </w:t>
      </w:r>
      <w:r>
        <w:rPr>
          <w:b/>
        </w:rPr>
        <w:t xml:space="preserve">Work for hire. </w:t>
      </w:r>
      <w:r>
        <w:t>Everything the crew member creates for the production belongs to the company, including all rights in the film.</w:t>
      </w:r>
    </w:p>
    <w:p>
      <w:pPr>
        <w:spacing w:after="60"/>
      </w:pPr>
      <w:r>
        <w:t xml:space="preserve">3. </w:t>
      </w:r>
      <w:r>
        <w:rPr>
          <w:b/>
        </w:rPr>
        <w:t xml:space="preserve">Expenses. </w:t>
      </w:r>
      <w:r>
        <w:t>The company pays only expenses it approves in writing before they're spent, with receipts.</w:t>
      </w:r>
    </w:p>
    <w:p>
      <w:pPr>
        <w:spacing w:after="60"/>
      </w:pPr>
      <w:r>
        <w:t xml:space="preserve">4. </w:t>
      </w:r>
      <w:r>
        <w:rPr>
          <w:b/>
        </w:rPr>
        <w:t xml:space="preserve">Cancellation. </w:t>
      </w:r>
      <w:r>
        <w:t>Either side can end this memo with the notice above. The company pays for all days worked and any kill fee listed.</w:t>
      </w:r>
    </w:p>
    <w:p>
      <w:pPr>
        <w:spacing w:after="60"/>
      </w:pPr>
      <w:r>
        <w:t xml:space="preserve">5. </w:t>
      </w:r>
      <w:r>
        <w:rPr>
          <w:b/>
        </w:rPr>
        <w:t xml:space="preserve">No obligation. </w:t>
      </w:r>
      <w:r>
        <w:t>The company doesn't have to use the crew member's services or finish the film. Screen credit applies only if the crew member finishes the job.</w:t>
      </w:r>
    </w:p>
    <w:p>
      <w:pPr>
        <w:spacing w:after="60"/>
      </w:pPr>
      <w:r>
        <w:t xml:space="preserve">6. </w:t>
      </w:r>
      <w:r>
        <w:rPr>
          <w:b/>
        </w:rPr>
        <w:t xml:space="preserve">Confidentiality. </w:t>
      </w:r>
      <w:r>
        <w:t>The crew member won't share the script, footage or production details, or post about the shoot, without the producer's OK.</w:t>
      </w:r>
    </w:p>
    <w:p>
      <w:pPr>
        <w:spacing w:after="60"/>
      </w:pPr>
      <w:r>
        <w:t xml:space="preserve">7. </w:t>
      </w:r>
      <w:r>
        <w:rPr>
          <w:b/>
        </w:rPr>
        <w:t xml:space="preserve">Whole deal. </w:t>
      </w:r>
      <w:r>
        <w:t>This memo is the full agreement until both sides sign a longer contract. Changes must be in writing and signed by both.</w:t>
      </w:r>
    </w:p>
    <w:p>
      <w:pPr>
        <w:pStyle w:val="Heading2"/>
      </w:pPr>
      <w:r>
        <w:t>Signatures</w:t>
      </w:r>
    </w:p>
    <w:p>
      <w:pPr>
        <w:spacing w:after="40"/>
      </w:pPr>
      <w:r>
        <w:rPr>
          <w:b/>
        </w:rPr>
        <w:t xml:space="preserve">Crew member signature: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Producer signature: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Name and title: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rPr>
          <w:color w:val="777777"/>
        </w:rPr>
        <w:t>________________________________</w:t>
      </w:r>
    </w:p>
    <w:p>
      <w:r>
        <w:rPr>
          <w:b/>
          <w:sz w:val="18"/>
        </w:rPr>
        <w:t xml:space="preserve">Have a lawyer review this. </w:t>
      </w:r>
      <w:r>
        <w:rPr>
          <w:sz w:val="18"/>
        </w:rPr>
        <w:t>This is a general template, not legal advice. Deal terms, tax rules and union rules differ by state, country and contract. Have a lawyer review it before you use it.</w:t>
      </w:r>
    </w:p>
    <w:p>
      <w:r>
        <w:br w:type="page"/>
      </w:r>
    </w:p>
    <w:p>
      <w:pPr>
        <w:pStyle w:val="Heading1"/>
      </w:pPr>
      <w:r>
        <w:t>Cast Deal Memo</w:t>
      </w:r>
    </w:p>
    <w:p>
      <w:r>
        <w:rPr>
          <w:i/>
          <w:color w:val="777777"/>
        </w:rPr>
        <w:t>Lock the role, rate, dates and billing before the first call.</w:t>
      </w:r>
    </w:p>
    <w:p>
      <w:pPr>
        <w:pStyle w:val="Heading2"/>
      </w:pPr>
      <w:r>
        <w:t>Production</w:t>
      </w:r>
    </w:p>
    <w:p>
      <w:pPr>
        <w:spacing w:after="40"/>
      </w:pPr>
      <w:r>
        <w:rPr>
          <w:b/>
        </w:rPr>
        <w:t xml:space="preserve">Production title: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Production company: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Producer: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Shoot dates: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Main location: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Union agreement (if any):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Performer</w:t>
      </w:r>
    </w:p>
    <w:p>
      <w:pPr>
        <w:spacing w:after="40"/>
      </w:pPr>
      <w:r>
        <w:rPr>
          <w:b/>
        </w:rPr>
        <w:t xml:space="preserve">Performer name: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Role: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Agent / manager: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Phone: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Email: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Union status: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Rate and Terms</w:t>
      </w:r>
    </w:p>
    <w:p>
      <w:pPr>
        <w:spacing w:after="40"/>
      </w:pPr>
      <w:r>
        <w:rPr>
          <w:b/>
        </w:rPr>
        <w:t xml:space="preserve">Rate: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Per (day / week / flat):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Guaranteed work days: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Fittings and rehearsals: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Overtime: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Per diem and meals: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Travel and lodging: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Payment terms: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Credit and billing: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Copy of the film: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Cancellation / kill fee: </w:t>
      </w:r>
      <w:r>
        <w:rPr>
          <w:color w:val="777777"/>
        </w:rPr>
        <w:t>________________________________</w:t>
      </w:r>
    </w:p>
    <w:p>
      <w:pPr>
        <w:pStyle w:val="Heading2"/>
      </w:pPr>
      <w:r>
        <w:t>Special Conditions</w:t>
      </w:r>
    </w:p>
    <w:p>
      <w:r>
        <w:rPr>
          <w:i/>
          <w:color w:val="777777"/>
        </w:rPr>
        <w:t>Night work, stunts, look changes, nudity rider, anything else agreed.</w:t>
      </w:r>
    </w:p>
    <w:p/>
    <w:p>
      <w:pPr>
        <w:pStyle w:val="Heading2"/>
      </w:pPr>
      <w:r>
        <w:t>Standard Terms</w:t>
      </w:r>
    </w:p>
    <w:p>
      <w:pPr>
        <w:spacing w:after="60"/>
      </w:pPr>
      <w:r>
        <w:t xml:space="preserve">1. </w:t>
      </w:r>
      <w:r>
        <w:rPr>
          <w:b/>
        </w:rPr>
        <w:t xml:space="preserve">Services. </w:t>
      </w:r>
      <w:r>
        <w:t>The performer will play the role above on the dates above, plus the fittings and rehearsals listed, and will be available for reasonable reshoots and ADR at the same rate.</w:t>
      </w:r>
    </w:p>
    <w:p>
      <w:pPr>
        <w:spacing w:after="60"/>
      </w:pPr>
      <w:r>
        <w:t xml:space="preserve">2. </w:t>
      </w:r>
      <w:r>
        <w:rPr>
          <w:b/>
        </w:rPr>
        <w:t xml:space="preserve">Likeness. </w:t>
      </w:r>
      <w:r>
        <w:t>The company may use the performer's name, likeness, voice and approved bio in the film and in its trailers, publicity and festival materials, in all media.</w:t>
      </w:r>
    </w:p>
    <w:p>
      <w:pPr>
        <w:spacing w:after="60"/>
      </w:pPr>
      <w:r>
        <w:t xml:space="preserve">3. </w:t>
      </w:r>
      <w:r>
        <w:rPr>
          <w:b/>
        </w:rPr>
        <w:t xml:space="preserve">Rights. </w:t>
      </w:r>
      <w:r>
        <w:t>The performance and all footage belong to the company. The performer won't use footage from the shoot without permission, except for a personal reel once the film is released.</w:t>
      </w:r>
    </w:p>
    <w:p>
      <w:pPr>
        <w:spacing w:after="60"/>
      </w:pPr>
      <w:r>
        <w:t xml:space="preserve">4. </w:t>
      </w:r>
      <w:r>
        <w:rPr>
          <w:b/>
        </w:rPr>
        <w:t xml:space="preserve">Cancellation. </w:t>
      </w:r>
      <w:r>
        <w:t>Either side can end this memo with the notice above. The company pays for all days worked and any fee listed.</w:t>
      </w:r>
    </w:p>
    <w:p>
      <w:pPr>
        <w:spacing w:after="60"/>
      </w:pPr>
      <w:r>
        <w:t xml:space="preserve">5. </w:t>
      </w:r>
      <w:r>
        <w:rPr>
          <w:b/>
        </w:rPr>
        <w:t xml:space="preserve">No obligation. </w:t>
      </w:r>
      <w:r>
        <w:t>The company doesn't have to use the performance or finish the film. Billing applies only if the performer appears in the final cut.</w:t>
      </w:r>
    </w:p>
    <w:p>
      <w:pPr>
        <w:spacing w:after="60"/>
      </w:pPr>
      <w:r>
        <w:t xml:space="preserve">6. </w:t>
      </w:r>
      <w:r>
        <w:rPr>
          <w:b/>
        </w:rPr>
        <w:t xml:space="preserve">Confidentiality. </w:t>
      </w:r>
      <w:r>
        <w:t>The performer won't share the script or production details, or post from set, without the producer's OK.</w:t>
      </w:r>
    </w:p>
    <w:p>
      <w:pPr>
        <w:spacing w:after="60"/>
      </w:pPr>
      <w:r>
        <w:t xml:space="preserve">7. </w:t>
      </w:r>
      <w:r>
        <w:rPr>
          <w:b/>
        </w:rPr>
        <w:t xml:space="preserve">Whole deal. </w:t>
      </w:r>
      <w:r>
        <w:t>This memo is the full agreement until both sides sign a longer contract. Union rules apply if the production is signatory.</w:t>
      </w:r>
    </w:p>
    <w:p>
      <w:pPr>
        <w:pStyle w:val="Heading2"/>
      </w:pPr>
      <w:r>
        <w:t>Signatures</w:t>
      </w:r>
    </w:p>
    <w:p>
      <w:pPr>
        <w:spacing w:after="40"/>
      </w:pPr>
      <w:r>
        <w:rPr>
          <w:b/>
        </w:rPr>
        <w:t xml:space="preserve">Performer signature: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Producer signature: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Name and title: </w:t>
      </w:r>
      <w:r>
        <w:rPr>
          <w:color w:val="777777"/>
        </w:rPr>
        <w:t>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rPr>
          <w:color w:val="777777"/>
        </w:rPr>
        <w:t>________________________________</w:t>
      </w:r>
    </w:p>
    <w:p>
      <w:r>
        <w:rPr>
          <w:b/>
          <w:sz w:val="18"/>
        </w:rPr>
        <w:t xml:space="preserve">Have a lawyer review this. </w:t>
      </w:r>
      <w:r>
        <w:rPr>
          <w:sz w:val="18"/>
        </w:rPr>
        <w:t>This is a general template, not legal advice. Deal terms, tax rules and union rules differ by state, country and contract. Have a lawyer review it before you use it.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cs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cs="Arial" w:eastAsia="Arial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cs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cs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cs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cs="Arial" w:eastAsia="Arial"/>
      <w:color w:val="243F60" w:themeColor="accent1" w:themeShade="7F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Deal Memo Templates</dc:title>
  <dc:subject/>
  <dc:creator>iFILMthings.com</dc:creator>
  <cp:keywords/>
  <dc:description/>
  <cp:lastModifiedBy>iFILMthings.com</cp:lastModifiedBy>
  <cp:revision>1</cp:revision>
  <dcterms:created xsi:type="dcterms:W3CDTF">2013-12-23T23:15:00Z</dcterms:created>
  <dcterms:modified xsi:type="dcterms:W3CDTF">2013-12-23T23:15:00Z</dcterms:modified>
  <cp:category/>
</cp:coreProperties>
</file>