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Logline Template</w:t>
      </w:r>
    </w:p>
    <w:p>
      <w:r>
        <w:rPr>
          <w:i/>
          <w:color w:val="777777"/>
        </w:rPr>
        <w:t>Build your logline from five parts, draft it three times, then test it out loud.</w:t>
      </w:r>
    </w:p>
    <w:p>
      <w:pPr>
        <w:spacing w:after="40"/>
      </w:pPr>
      <w:r>
        <w:rPr>
          <w:b/>
        </w:rPr>
        <w:t xml:space="preserve">Working title: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Genre: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Format and length: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Writer: </w:t>
      </w:r>
      <w:r>
        <w:rPr>
          <w:color w:val="777777"/>
        </w:rPr>
      </w:r>
    </w:p>
    <w:p>
      <w:pPr>
        <w:pStyle w:val="Heading2"/>
      </w:pPr>
      <w:r>
        <w:t>Step 1: The Five Parts</w:t>
      </w:r>
    </w:p>
    <w:p>
      <w:pPr>
        <w:spacing w:after="40"/>
      </w:pPr>
      <w:r>
        <w:rPr>
          <w:b/>
        </w:rPr>
        <w:t xml:space="preserve">1. The hero: </w:t>
      </w:r>
      <w:r>
        <w:rPr>
          <w:color w:val="777777"/>
        </w:rPr>
        <w:t>[who, with one trait (no names)]</w:t>
      </w:r>
    </w:p>
    <w:p>
      <w:pPr>
        <w:spacing w:after="40"/>
      </w:pPr>
      <w:r>
        <w:rPr>
          <w:b/>
        </w:rPr>
        <w:t xml:space="preserve">2. The inciting incident: </w:t>
      </w:r>
      <w:r>
        <w:rPr>
          <w:color w:val="777777"/>
        </w:rPr>
        <w:t>[what happens that starts the story]</w:t>
      </w:r>
    </w:p>
    <w:p>
      <w:pPr>
        <w:spacing w:after="40"/>
      </w:pPr>
      <w:r>
        <w:rPr>
          <w:b/>
        </w:rPr>
        <w:t xml:space="preserve">3. The goal: </w:t>
      </w:r>
      <w:r>
        <w:rPr>
          <w:color w:val="777777"/>
        </w:rPr>
        <w:t>[what the hero wants now]</w:t>
      </w:r>
    </w:p>
    <w:p>
      <w:pPr>
        <w:spacing w:after="40"/>
      </w:pPr>
      <w:r>
        <w:rPr>
          <w:b/>
        </w:rPr>
        <w:t xml:space="preserve">4. The antagonist: </w:t>
      </w:r>
      <w:r>
        <w:rPr>
          <w:color w:val="777777"/>
        </w:rPr>
        <w:t>[who or what is in the way]</w:t>
      </w:r>
    </w:p>
    <w:p>
      <w:pPr>
        <w:spacing w:after="40"/>
      </w:pPr>
      <w:r>
        <w:rPr>
          <w:b/>
        </w:rPr>
        <w:t xml:space="preserve">5. The stakes: </w:t>
      </w:r>
      <w:r>
        <w:rPr>
          <w:color w:val="777777"/>
        </w:rPr>
        <w:t>[what happens if the hero fails]</w:t>
      </w:r>
    </w:p>
    <w:p>
      <w:pPr>
        <w:spacing w:after="40"/>
      </w:pPr>
      <w:r>
        <w:rPr>
          <w:b/>
        </w:rPr>
        <w:t xml:space="preserve">The irony: </w:t>
      </w:r>
      <w:r>
        <w:rPr>
          <w:color w:val="777777"/>
        </w:rPr>
        <w:t>[why this problem is the worst one for this hero]</w:t>
      </w:r>
    </w:p>
    <w:p>
      <w:pPr>
        <w:pStyle w:val="Heading2"/>
      </w:pPr>
      <w:r>
        <w:t>Step 2: Put It Together</w:t>
      </w:r>
    </w:p>
    <w:p>
      <w:r>
        <w:rPr>
          <w:i/>
          <w:color w:val="777777"/>
        </w:rPr>
        <w:t>When (inciting incident), (hero) struggles against (antagonist) in order to (goal) before (stakes are lost).</w:t>
      </w:r>
    </w:p>
    <w:p>
      <w:pPr>
        <w:spacing w:after="40"/>
      </w:pPr>
      <w:r>
        <w:rPr>
          <w:b/>
        </w:rPr>
        <w:t xml:space="preserve">Draft 1: the long version: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Words: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What's not working: </w:t>
      </w:r>
      <w:r>
        <w:rPr>
          <w:color w:val="777777"/>
        </w:rPr>
      </w:r>
    </w:p>
    <w:p/>
    <w:p>
      <w:pPr>
        <w:spacing w:after="40"/>
      </w:pPr>
      <w:r>
        <w:rPr>
          <w:b/>
        </w:rPr>
        <w:t xml:space="preserve">Draft 2: swap names for traits, add the irony: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Words: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What's not working: </w:t>
      </w:r>
      <w:r>
        <w:rPr>
          <w:color w:val="777777"/>
        </w:rPr>
      </w:r>
    </w:p>
    <w:p/>
    <w:p>
      <w:pPr>
        <w:spacing w:after="40"/>
      </w:pPr>
      <w:r>
        <w:rPr>
          <w:b/>
        </w:rPr>
        <w:t xml:space="preserve">Draft 3: cut the subplots: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Words: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What's not working: </w:t>
      </w:r>
      <w:r>
        <w:rPr>
          <w:color w:val="777777"/>
        </w:rPr>
      </w:r>
    </w:p>
    <w:p/>
    <w:p>
      <w:pPr>
        <w:pStyle w:val="Heading2"/>
      </w:pPr>
      <w:r>
        <w:t>Step 3: Final Logline</w:t>
      </w:r>
    </w:p>
    <w:p>
      <w:r>
        <w:rPr>
          <w:i/>
          <w:color w:val="777777"/>
        </w:rPr>
        <w:t>Read it out loud in one breath.</w:t>
      </w:r>
    </w:p>
    <w:p>
      <w:pPr>
        <w:spacing w:after="40"/>
      </w:pPr>
      <w:r>
        <w:rPr>
          <w:b/>
        </w:rPr>
        <w:t xml:space="preserve">Final logline: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Words: </w:t>
      </w:r>
      <w:r>
        <w:rPr>
          <w:color w:val="777777"/>
        </w:rPr>
      </w:r>
    </w:p>
    <w:p>
      <w:pPr>
        <w:pStyle w:val="Heading2"/>
      </w:pPr>
      <w:r>
        <w:t>Step 4: Check It</w:t>
      </w:r>
    </w:p>
    <w:p>
      <w:r>
        <w:t>☐  The hero has one clear trait, not a name</w:t>
      </w:r>
    </w:p>
    <w:p>
      <w:r>
        <w:t>☐  Something happens that starts the story</w:t>
      </w:r>
    </w:p>
    <w:p>
      <w:r>
        <w:t>☐  The goal is clear</w:t>
      </w:r>
    </w:p>
    <w:p>
      <w:r>
        <w:t>☐  Someone or something stands in the way</w:t>
      </w:r>
    </w:p>
    <w:p>
      <w:r>
        <w:t>☐  The reader knows what's at stake</w:t>
      </w:r>
    </w:p>
    <w:p>
      <w:r>
        <w:t>☐  It has irony or a hook</w:t>
      </w:r>
    </w:p>
    <w:p>
      <w:r>
        <w:t>☐  One sentence, 25 to 50 words</w:t>
      </w:r>
    </w:p>
    <w:p>
      <w:r>
        <w:t>☐  It doesn't give away the ending</w:t>
      </w:r>
    </w:p>
    <w:p>
      <w:pPr>
        <w:pStyle w:val="Heading2"/>
      </w:pPr>
      <w:r>
        <w:t>Test It</w:t>
      </w:r>
    </w:p>
    <w:p>
      <w:r>
        <w:rPr>
          <w:i/>
          <w:color w:val="777777"/>
        </w:rPr>
        <w:t>Read it to 3 people who haven't read the script. What did they ask?</w:t>
      </w:r>
    </w:p>
    <w:p>
      <w:pPr>
        <w:spacing w:after="40"/>
      </w:pPr>
      <w:r>
        <w:rPr>
          <w:b/>
        </w:rPr>
        <w:t xml:space="preserve">1: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2: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3: </w:t>
      </w:r>
      <w:r>
        <w:rPr>
          <w:color w:val="777777"/>
        </w:rPr>
      </w:r>
    </w:p>
    <w:p>
      <w:r>
        <w:rPr>
          <w:color w:val="777777"/>
          <w:sz w:val="18"/>
        </w:rPr>
        <w:t>Free logline template from iFILMthings.com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cs="Arial" w:eastAsia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cs="Arial" w:eastAsia="Arial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cs="Arial" w:eastAsia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cs="Arial" w:eastAsia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cs="Arial" w:eastAsia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cs="Arial" w:eastAsia="Arial"/>
      <w:color w:val="243F60" w:themeColor="accent1" w:themeShade="7F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Logline Template</dc:title>
  <dc:subject/>
  <dc:creator>iFILMthings.com</dc:creator>
  <cp:keywords/>
  <dc:description/>
  <cp:lastModifiedBy>iFILMthings.com</cp:lastModifiedBy>
  <cp:revision>1</cp:revision>
  <dcterms:created xsi:type="dcterms:W3CDTF">2013-12-23T23:15:00Z</dcterms:created>
  <dcterms:modified xsi:type="dcterms:W3CDTF">2013-12-23T23:15:00Z</dcterms:modified>
  <cp:category/>
</cp:coreProperties>
</file>